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20C06" w14:textId="77777777" w:rsidR="000A5AF7" w:rsidRDefault="00000000">
      <w:pPr>
        <w:pStyle w:val="aa"/>
        <w:rPr>
          <w:lang w:eastAsia="ja-JP"/>
        </w:rPr>
      </w:pPr>
      <w:r>
        <w:rPr>
          <w:lang w:eastAsia="ja-JP"/>
        </w:rPr>
        <w:t>新聞ビリビリ</w:t>
      </w:r>
      <w:r>
        <w:rPr>
          <w:lang w:eastAsia="ja-JP"/>
        </w:rPr>
        <w:t xml:space="preserve"> </w:t>
      </w:r>
      <w:r>
        <w:rPr>
          <w:lang w:eastAsia="ja-JP"/>
        </w:rPr>
        <w:t>参加者ワークシート</w:t>
      </w:r>
    </w:p>
    <w:p w14:paraId="7AB3E65E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名前（書きたい人だけ）　　　　　　　　　　　　日付　　　　　　　　　</w:t>
      </w:r>
    </w:p>
    <w:p w14:paraId="62999A15" w14:textId="77777777" w:rsidR="000A5AF7" w:rsidRDefault="00000000">
      <w:pPr>
        <w:rPr>
          <w:lang w:eastAsia="ja-JP"/>
        </w:rPr>
      </w:pPr>
      <w:r>
        <w:rPr>
          <w:lang w:eastAsia="ja-JP"/>
        </w:rPr>
        <w:t>新聞を破る前と後の自分を見比べてみましょう。点数が上がることが目標ではありません。答えにくい欄は空白のままで大丈夫です。</w:t>
      </w:r>
    </w:p>
    <w:p w14:paraId="39B9143C" w14:textId="77777777" w:rsidR="000A5AF7" w:rsidRDefault="00000000">
      <w:pPr>
        <w:pStyle w:val="1"/>
        <w:rPr>
          <w:lang w:eastAsia="ja-JP"/>
        </w:rPr>
      </w:pPr>
      <w:r>
        <w:rPr>
          <w:lang w:eastAsia="ja-JP"/>
        </w:rPr>
        <w:t>始める前</w:t>
      </w:r>
      <w:r>
        <w:rPr>
          <w:lang w:eastAsia="ja-JP"/>
        </w:rPr>
        <w:t xml:space="preserve">  </w:t>
      </w:r>
      <w:r>
        <w:rPr>
          <w:lang w:eastAsia="ja-JP"/>
        </w:rPr>
        <w:t>感じて言葉にする</w:t>
      </w:r>
    </w:p>
    <w:p w14:paraId="0C4A1E43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Dialogue  </w:t>
      </w:r>
      <w:r>
        <w:rPr>
          <w:lang w:eastAsia="ja-JP"/>
        </w:rPr>
        <w:t>少し静かにして、今の心や身体を感じます。</w:t>
      </w:r>
      <w:r>
        <w:rPr>
          <w:lang w:eastAsia="ja-JP"/>
        </w:rPr>
        <w:t xml:space="preserve">Describe  </w:t>
      </w:r>
      <w:r>
        <w:rPr>
          <w:lang w:eastAsia="ja-JP"/>
        </w:rPr>
        <w:t>感じたことを言葉にします。</w:t>
      </w:r>
    </w:p>
    <w:p w14:paraId="1277A95D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今の気持ちをひと言で　　　　　　　　　　　　　　　　　　　　　　　　　</w:t>
      </w:r>
    </w:p>
    <w:p w14:paraId="13A91108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身体や呼吸の感じ　　　　　　　　　　　　　　　　　　　　　　　　　　　</w:t>
      </w:r>
    </w:p>
    <w:p w14:paraId="5EA593DB" w14:textId="77777777" w:rsidR="004D1C40" w:rsidRPr="004D1C40" w:rsidRDefault="004D1C40">
      <w:pPr>
        <w:rPr>
          <w:rFonts w:hint="eastAsia"/>
          <w:lang w:eastAsia="ja-JP"/>
        </w:rPr>
      </w:pPr>
    </w:p>
    <w:p w14:paraId="57FF14E1" w14:textId="77777777" w:rsidR="000A5AF7" w:rsidRDefault="00000000">
      <w:pPr>
        <w:pStyle w:val="21"/>
        <w:rPr>
          <w:lang w:eastAsia="ja-JP"/>
        </w:rPr>
      </w:pPr>
      <w:r>
        <w:rPr>
          <w:lang w:eastAsia="ja-JP"/>
        </w:rPr>
        <w:t>今の状態を丸で囲む</w:t>
      </w:r>
    </w:p>
    <w:p w14:paraId="6FD0E5AF" w14:textId="77777777" w:rsidR="000A5AF7" w:rsidRDefault="00000000">
      <w:pPr>
        <w:rPr>
          <w:lang w:eastAsia="ja-JP"/>
        </w:rPr>
      </w:pPr>
      <w:r>
        <w:rPr>
          <w:lang w:eastAsia="ja-JP"/>
        </w:rPr>
        <w:t>数字は自分の感覚を見比べるための目安です。どの数字にも良し悪しはありません。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 w:rsidR="000A5AF7" w14:paraId="4B9C82C0" w14:textId="77777777">
        <w:trPr>
          <w:jc w:val="center"/>
        </w:trPr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3C0864A2" w14:textId="77777777" w:rsidR="000A5AF7" w:rsidRDefault="00000000">
            <w:pPr>
              <w:spacing w:after="60"/>
            </w:pPr>
            <w:proofErr w:type="spellStart"/>
            <w:r>
              <w:t>感じること</w:t>
            </w:r>
            <w:proofErr w:type="spellEnd"/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290970A5" w14:textId="77777777" w:rsidR="000A5AF7" w:rsidRDefault="00000000">
            <w:pPr>
              <w:spacing w:after="60"/>
            </w:pPr>
            <w:r>
              <w:t>始める前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6A3342F4" w14:textId="77777777" w:rsidR="000A5AF7" w:rsidRDefault="00000000">
            <w:pPr>
              <w:spacing w:after="60"/>
            </w:pPr>
            <w:r>
              <w:t>終わった後</w:t>
            </w:r>
          </w:p>
        </w:tc>
      </w:tr>
      <w:tr w:rsidR="000A5AF7" w14:paraId="1223B531" w14:textId="77777777">
        <w:trPr>
          <w:jc w:val="center"/>
        </w:trPr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4E50E01B" w14:textId="0D42527D" w:rsidR="000A5AF7" w:rsidRDefault="00000000">
            <w:pPr>
              <w:spacing w:after="60"/>
              <w:rPr>
                <w:lang w:eastAsia="ja-JP"/>
              </w:rPr>
            </w:pPr>
            <w:r>
              <w:rPr>
                <w:lang w:eastAsia="ja-JP"/>
              </w:rPr>
              <w:t>心の落ち着き</w:t>
            </w:r>
            <w:r w:rsidR="0037063A">
              <w:rPr>
                <w:lang w:eastAsia="ja-JP"/>
              </w:rPr>
              <w:br/>
            </w:r>
            <w:r>
              <w:rPr>
                <w:lang w:eastAsia="ja-JP"/>
              </w:rPr>
              <w:t xml:space="preserve">  1 </w:t>
            </w:r>
            <w:r>
              <w:rPr>
                <w:lang w:eastAsia="ja-JP"/>
              </w:rPr>
              <w:t>落ち着かない</w:t>
            </w:r>
            <w:r>
              <w:rPr>
                <w:lang w:eastAsia="ja-JP"/>
              </w:rPr>
              <w:t xml:space="preserve">  5 </w:t>
            </w:r>
            <w:r>
              <w:rPr>
                <w:lang w:eastAsia="ja-JP"/>
              </w:rPr>
              <w:t>落ち着いている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0FB25C47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488ADBEB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</w:tr>
      <w:tr w:rsidR="000A5AF7" w14:paraId="368E43F9" w14:textId="77777777">
        <w:trPr>
          <w:jc w:val="center"/>
        </w:trPr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7EEAE513" w14:textId="446341F4" w:rsidR="000A5AF7" w:rsidRDefault="00000000">
            <w:pPr>
              <w:spacing w:after="60"/>
              <w:rPr>
                <w:lang w:eastAsia="ja-JP"/>
              </w:rPr>
            </w:pPr>
            <w:r>
              <w:rPr>
                <w:lang w:eastAsia="ja-JP"/>
              </w:rPr>
              <w:t>身体の力み</w:t>
            </w:r>
            <w:r w:rsidR="0037063A">
              <w:rPr>
                <w:lang w:eastAsia="ja-JP"/>
              </w:rPr>
              <w:br/>
            </w:r>
            <w:r>
              <w:rPr>
                <w:lang w:eastAsia="ja-JP"/>
              </w:rPr>
              <w:t xml:space="preserve">  1 </w:t>
            </w:r>
            <w:r>
              <w:rPr>
                <w:lang w:eastAsia="ja-JP"/>
              </w:rPr>
              <w:t>力が抜けている</w:t>
            </w:r>
            <w:r>
              <w:rPr>
                <w:lang w:eastAsia="ja-JP"/>
              </w:rPr>
              <w:t xml:space="preserve">  5 </w:t>
            </w:r>
            <w:r>
              <w:rPr>
                <w:lang w:eastAsia="ja-JP"/>
              </w:rPr>
              <w:t>力が入っている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146306A9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36034581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</w:tr>
      <w:tr w:rsidR="000A5AF7" w14:paraId="1067B0B0" w14:textId="77777777">
        <w:trPr>
          <w:jc w:val="center"/>
        </w:trPr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0AD286B2" w14:textId="2EE5FE7D" w:rsidR="000A5AF7" w:rsidRDefault="00000000">
            <w:pPr>
              <w:spacing w:after="60"/>
              <w:rPr>
                <w:lang w:eastAsia="ja-JP"/>
              </w:rPr>
            </w:pPr>
            <w:r>
              <w:rPr>
                <w:lang w:eastAsia="ja-JP"/>
              </w:rPr>
              <w:t>頭の忙しさ</w:t>
            </w:r>
            <w:r w:rsidR="0037063A">
              <w:rPr>
                <w:lang w:eastAsia="ja-JP"/>
              </w:rPr>
              <w:br/>
            </w:r>
            <w:r>
              <w:rPr>
                <w:lang w:eastAsia="ja-JP"/>
              </w:rPr>
              <w:t xml:space="preserve">  1 </w:t>
            </w:r>
            <w:r>
              <w:rPr>
                <w:lang w:eastAsia="ja-JP"/>
              </w:rPr>
              <w:t>静か</w:t>
            </w:r>
            <w:r>
              <w:rPr>
                <w:lang w:eastAsia="ja-JP"/>
              </w:rPr>
              <w:t xml:space="preserve">  5 </w:t>
            </w:r>
            <w:r>
              <w:rPr>
                <w:lang w:eastAsia="ja-JP"/>
              </w:rPr>
              <w:t>忙しい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498608F8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  <w:tc>
          <w:tcPr>
            <w:tcW w:w="3137" w:type="dxa"/>
            <w:tcBorders>
              <w:top w:val="single" w:sz="0" w:space="0" w:color="D9D9D9"/>
              <w:left w:val="single" w:sz="0" w:space="0" w:color="D9D9D9"/>
              <w:bottom w:val="single" w:sz="0" w:space="0" w:color="D9D9D9"/>
              <w:right w:val="single" w:sz="0" w:space="0" w:color="D9D9D9"/>
            </w:tcBorders>
          </w:tcPr>
          <w:p w14:paraId="3612F5AD" w14:textId="77777777" w:rsidR="000A5AF7" w:rsidRPr="0037063A" w:rsidRDefault="00000000">
            <w:pPr>
              <w:spacing w:after="60"/>
              <w:rPr>
                <w:sz w:val="28"/>
                <w:szCs w:val="36"/>
              </w:rPr>
            </w:pPr>
            <w:r w:rsidRPr="0037063A">
              <w:rPr>
                <w:sz w:val="28"/>
                <w:szCs w:val="36"/>
              </w:rPr>
              <w:t>1  2  3  4  5</w:t>
            </w:r>
          </w:p>
        </w:tc>
      </w:tr>
    </w:tbl>
    <w:p w14:paraId="74F2044F" w14:textId="77777777" w:rsidR="000A5AF7" w:rsidRDefault="00000000">
      <w:pPr>
        <w:pStyle w:val="1"/>
      </w:pPr>
      <w:r>
        <w:t>新聞で表現する</w:t>
      </w:r>
    </w:p>
    <w:p w14:paraId="039C49A2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Drawing  </w:t>
      </w:r>
      <w:r>
        <w:rPr>
          <w:lang w:eastAsia="ja-JP"/>
        </w:rPr>
        <w:t>音や手触りを感じながら、破り方や形を試し、自分のやりたいように動かしてみましょう。</w:t>
      </w:r>
    </w:p>
    <w:p w14:paraId="1DC173F1" w14:textId="77777777" w:rsidR="000A5AF7" w:rsidRDefault="00000000">
      <w:pPr>
        <w:pStyle w:val="1"/>
        <w:rPr>
          <w:lang w:eastAsia="ja-JP"/>
        </w:rPr>
      </w:pPr>
      <w:r>
        <w:rPr>
          <w:lang w:eastAsia="ja-JP"/>
        </w:rPr>
        <w:t>終わった後</w:t>
      </w:r>
      <w:r>
        <w:rPr>
          <w:lang w:eastAsia="ja-JP"/>
        </w:rPr>
        <w:t xml:space="preserve">  </w:t>
      </w:r>
      <w:r>
        <w:rPr>
          <w:lang w:eastAsia="ja-JP"/>
        </w:rPr>
        <w:t>もう一度感じる</w:t>
      </w:r>
    </w:p>
    <w:p w14:paraId="21899ED9" w14:textId="77777777" w:rsidR="000A5AF7" w:rsidRDefault="00000000">
      <w:pPr>
        <w:rPr>
          <w:lang w:eastAsia="ja-JP"/>
        </w:rPr>
      </w:pPr>
      <w:r>
        <w:rPr>
          <w:lang w:eastAsia="ja-JP"/>
        </w:rPr>
        <w:t>上の同じ３項目に、終わった後の数字を丸で囲みます。変化がなくても、そのまま記録してください。</w:t>
      </w:r>
    </w:p>
    <w:p w14:paraId="379FAA72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今の気持ちをひと言で　　　　　　　　　　　　　　　　　　　　　　　　　</w:t>
      </w:r>
    </w:p>
    <w:p w14:paraId="035AB96D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身体や呼吸の感じ　　　　　　　　　　　　　　　　　　　　　　　　　　　</w:t>
      </w:r>
    </w:p>
    <w:p w14:paraId="4A882E30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途中で気づいたこと・好きだった破り方　　　　　　　　　　　　　　　　　</w:t>
      </w:r>
    </w:p>
    <w:p w14:paraId="6560CBFD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始める前と比べて気づいたこと（同じだったことも）　　　　　　　　　　　</w:t>
      </w:r>
    </w:p>
    <w:p w14:paraId="4D7E9FF9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　　　　　　　　　　　　　　　　　　　　　　　　　　　　　　　　　　　</w:t>
      </w:r>
    </w:p>
    <w:p w14:paraId="0DCBDEFD" w14:textId="77777777" w:rsidR="000A5AF7" w:rsidRDefault="00000000">
      <w:pPr>
        <w:rPr>
          <w:lang w:eastAsia="ja-JP"/>
        </w:rPr>
      </w:pPr>
      <w:r>
        <w:rPr>
          <w:lang w:eastAsia="ja-JP"/>
        </w:rPr>
        <w:t xml:space="preserve">今日の自分にかけたい言葉　　　　　　　　　　　　　　　　　　　　　　</w:t>
      </w:r>
    </w:p>
    <w:p w14:paraId="613646FB" w14:textId="77777777" w:rsidR="000A5AF7" w:rsidRDefault="00000000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この記録は今日の体験を振り返るためのものです。点数だけで効果を判定するものではありません。</w:t>
      </w:r>
    </w:p>
    <w:sectPr w:rsidR="000A5AF7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70E7F" w14:textId="77777777" w:rsidR="00932A61" w:rsidRDefault="00932A61" w:rsidP="004D1C40">
      <w:pPr>
        <w:spacing w:after="0" w:line="240" w:lineRule="auto"/>
      </w:pPr>
      <w:r>
        <w:separator/>
      </w:r>
    </w:p>
  </w:endnote>
  <w:endnote w:type="continuationSeparator" w:id="0">
    <w:p w14:paraId="2069EDB6" w14:textId="77777777" w:rsidR="00932A61" w:rsidRDefault="00932A61" w:rsidP="004D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00EB" w14:textId="77777777" w:rsidR="00932A61" w:rsidRDefault="00932A61" w:rsidP="004D1C40">
      <w:pPr>
        <w:spacing w:after="0" w:line="240" w:lineRule="auto"/>
      </w:pPr>
      <w:r>
        <w:separator/>
      </w:r>
    </w:p>
  </w:footnote>
  <w:footnote w:type="continuationSeparator" w:id="0">
    <w:p w14:paraId="2151D741" w14:textId="77777777" w:rsidR="00932A61" w:rsidRDefault="00932A61" w:rsidP="004D1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8021809">
    <w:abstractNumId w:val="8"/>
  </w:num>
  <w:num w:numId="2" w16cid:durableId="1739089432">
    <w:abstractNumId w:val="6"/>
  </w:num>
  <w:num w:numId="3" w16cid:durableId="524710366">
    <w:abstractNumId w:val="5"/>
  </w:num>
  <w:num w:numId="4" w16cid:durableId="388499323">
    <w:abstractNumId w:val="4"/>
  </w:num>
  <w:num w:numId="5" w16cid:durableId="1590309492">
    <w:abstractNumId w:val="7"/>
  </w:num>
  <w:num w:numId="6" w16cid:durableId="367725829">
    <w:abstractNumId w:val="3"/>
  </w:num>
  <w:num w:numId="7" w16cid:durableId="514226625">
    <w:abstractNumId w:val="2"/>
  </w:num>
  <w:num w:numId="8" w16cid:durableId="1036346050">
    <w:abstractNumId w:val="1"/>
  </w:num>
  <w:num w:numId="9" w16cid:durableId="66266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AF7"/>
    <w:rsid w:val="0015074B"/>
    <w:rsid w:val="0029639D"/>
    <w:rsid w:val="002C20E6"/>
    <w:rsid w:val="00326F90"/>
    <w:rsid w:val="0037063A"/>
    <w:rsid w:val="004D1C40"/>
    <w:rsid w:val="00932A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520282F0-A29E-4E93-B052-B63D4C64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/>
    </w:pPr>
    <w:rPr>
      <w:rFonts w:ascii="游ゴシック" w:hAnsi="游ゴシック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442</Characters>
  <Application>Microsoft Office Word</Application>
  <DocSecurity>0</DocSecurity>
  <Lines>29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伸子 勝又</cp:lastModifiedBy>
  <cp:revision>3</cp:revision>
  <dcterms:created xsi:type="dcterms:W3CDTF">2013-12-23T23:15:00Z</dcterms:created>
  <dcterms:modified xsi:type="dcterms:W3CDTF">2026-09-23T07:26:00Z</dcterms:modified>
  <cp:category/>
</cp:coreProperties>
</file>