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DBEF" w14:textId="77777777" w:rsidR="000D3A46" w:rsidRDefault="00000000">
      <w:pPr>
        <w:pStyle w:val="aa"/>
        <w:jc w:val="center"/>
        <w:rPr>
          <w:lang w:eastAsia="ja-JP"/>
        </w:rPr>
      </w:pPr>
      <w:r>
        <w:rPr>
          <w:lang w:eastAsia="ja-JP"/>
        </w:rPr>
        <w:t>アート史ワークシート</w:t>
      </w:r>
    </w:p>
    <w:p w14:paraId="23044594" w14:textId="77777777" w:rsidR="000D3A46" w:rsidRDefault="00000000">
      <w:pPr>
        <w:spacing w:after="120"/>
        <w:jc w:val="center"/>
        <w:rPr>
          <w:lang w:eastAsia="ja-JP"/>
        </w:rPr>
      </w:pPr>
      <w:r>
        <w:rPr>
          <w:b/>
          <w:color w:val="C65911"/>
          <w:sz w:val="24"/>
          <w:lang w:eastAsia="ja-JP"/>
        </w:rPr>
        <w:t>作品をよく見て その時代の考え方を見つけよう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"/>
        <w:gridCol w:w="2948"/>
        <w:gridCol w:w="1020"/>
        <w:gridCol w:w="3969"/>
      </w:tblGrid>
      <w:tr w:rsidR="000D3A46" w14:paraId="35ADBD83" w14:textId="77777777">
        <w:trPr>
          <w:jc w:val="center"/>
        </w:trPr>
        <w:tc>
          <w:tcPr>
            <w:tcW w:w="10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E0BDD" w14:textId="77777777" w:rsidR="000D3A46" w:rsidRDefault="00000000">
            <w:r>
              <w:rPr>
                <w:b/>
                <w:color w:val="000000"/>
                <w:sz w:val="19"/>
              </w:rPr>
              <w:t>年 組 番</w:t>
            </w:r>
          </w:p>
        </w:tc>
        <w:tc>
          <w:tcPr>
            <w:tcW w:w="294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4A19F7" w14:textId="77777777" w:rsidR="000D3A46" w:rsidRDefault="00000000">
            <w:r>
              <w:rPr>
                <w:color w:val="000000"/>
                <w:sz w:val="19"/>
              </w:rPr>
              <w:t xml:space="preserve">　　　　　　　　　</w:t>
            </w:r>
          </w:p>
        </w:tc>
        <w:tc>
          <w:tcPr>
            <w:tcW w:w="10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D2FC29" w14:textId="77777777" w:rsidR="000D3A46" w:rsidRDefault="00000000">
            <w:r>
              <w:rPr>
                <w:b/>
                <w:color w:val="000000"/>
                <w:sz w:val="19"/>
              </w:rPr>
              <w:t>名前</w:t>
            </w:r>
          </w:p>
        </w:tc>
        <w:tc>
          <w:tcPr>
            <w:tcW w:w="396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208C29" w14:textId="77777777" w:rsidR="000D3A46" w:rsidRDefault="00000000">
            <w:r>
              <w:rPr>
                <w:color w:val="000000"/>
                <w:sz w:val="19"/>
              </w:rPr>
              <w:t xml:space="preserve">　　　　　　　　　　　　　　</w:t>
            </w:r>
          </w:p>
        </w:tc>
      </w:tr>
    </w:tbl>
    <w:p w14:paraId="265FC997" w14:textId="77777777" w:rsidR="002C022C" w:rsidRDefault="002C022C">
      <w:pPr>
        <w:spacing w:before="100" w:after="60"/>
        <w:rPr>
          <w:b/>
          <w:color w:val="000000"/>
          <w:sz w:val="28"/>
          <w:szCs w:val="24"/>
        </w:rPr>
      </w:pPr>
    </w:p>
    <w:p w14:paraId="654C2268" w14:textId="73EEAC95" w:rsidR="000D3A46" w:rsidRPr="002C022C" w:rsidRDefault="00000000">
      <w:pPr>
        <w:spacing w:before="100" w:after="60"/>
        <w:rPr>
          <w:sz w:val="22"/>
          <w:szCs w:val="24"/>
        </w:rPr>
      </w:pPr>
      <w:r w:rsidRPr="002C022C">
        <w:rPr>
          <w:b/>
          <w:color w:val="000000"/>
          <w:sz w:val="28"/>
          <w:szCs w:val="24"/>
        </w:rPr>
        <w:t xml:space="preserve">1　</w:t>
      </w:r>
      <w:proofErr w:type="spellStart"/>
      <w:r w:rsidRPr="002C022C">
        <w:rPr>
          <w:b/>
          <w:color w:val="000000"/>
          <w:sz w:val="28"/>
          <w:szCs w:val="24"/>
        </w:rPr>
        <w:t>作品を一つ選ぼう</w:t>
      </w:r>
      <w:proofErr w:type="spellEnd"/>
    </w:p>
    <w:p w14:paraId="34D0DC21" w14:textId="77777777" w:rsidR="000D3A46" w:rsidRPr="002C022C" w:rsidRDefault="00000000">
      <w:pPr>
        <w:spacing w:after="60"/>
        <w:rPr>
          <w:sz w:val="22"/>
          <w:szCs w:val="24"/>
          <w:lang w:eastAsia="ja-JP"/>
        </w:rPr>
      </w:pPr>
      <w:r w:rsidRPr="002C022C">
        <w:rPr>
          <w:sz w:val="22"/>
          <w:szCs w:val="24"/>
          <w:lang w:eastAsia="ja-JP"/>
        </w:rPr>
        <w:t>今日見た作品の中から、気になった作品を一つ選びましょう。分からないところは空欄でも構いません。</w:t>
      </w:r>
    </w:p>
    <w:p w14:paraId="4B99AA7D" w14:textId="77777777" w:rsidR="000D3A46" w:rsidRPr="002C022C" w:rsidRDefault="00000000">
      <w:pPr>
        <w:pBdr>
          <w:bottom w:val="single" w:sz="5" w:space="0" w:color="B7B7B7"/>
        </w:pBdr>
        <w:spacing w:after="60"/>
        <w:rPr>
          <w:sz w:val="22"/>
          <w:szCs w:val="24"/>
        </w:rPr>
      </w:pPr>
      <w:proofErr w:type="spellStart"/>
      <w:r w:rsidRPr="002C022C">
        <w:rPr>
          <w:b/>
          <w:color w:val="000000"/>
          <w:szCs w:val="24"/>
        </w:rPr>
        <w:t>作品名</w:t>
      </w:r>
      <w:proofErr w:type="spellEnd"/>
      <w:r w:rsidRPr="002C022C">
        <w:rPr>
          <w:b/>
          <w:color w:val="000000"/>
          <w:szCs w:val="24"/>
        </w:rPr>
        <w:t xml:space="preserve">　</w:t>
      </w:r>
      <w:r w:rsidRPr="002C022C">
        <w:rPr>
          <w:color w:val="000000"/>
          <w:szCs w:val="24"/>
        </w:rPr>
        <w:t xml:space="preserve">　　　　　　　　　　　　　　　　　　　　　　　　　　　　　　</w:t>
      </w:r>
    </w:p>
    <w:p w14:paraId="612E68B5" w14:textId="77777777" w:rsidR="000D3A46" w:rsidRPr="002C022C" w:rsidRDefault="00000000">
      <w:pPr>
        <w:pBdr>
          <w:bottom w:val="single" w:sz="5" w:space="0" w:color="B7B7B7"/>
        </w:pBdr>
        <w:spacing w:after="60"/>
        <w:rPr>
          <w:sz w:val="22"/>
          <w:szCs w:val="24"/>
        </w:rPr>
      </w:pPr>
      <w:r w:rsidRPr="002C022C">
        <w:rPr>
          <w:b/>
          <w:color w:val="000000"/>
          <w:szCs w:val="24"/>
        </w:rPr>
        <w:t xml:space="preserve">作者名　</w:t>
      </w:r>
      <w:r w:rsidRPr="002C022C">
        <w:rPr>
          <w:color w:val="000000"/>
          <w:szCs w:val="24"/>
        </w:rPr>
        <w:t xml:space="preserve">　　　　　　　　　　　　　　　　　　　　　　　　　　　　　　</w:t>
      </w:r>
    </w:p>
    <w:p w14:paraId="4C73C5CA" w14:textId="77777777" w:rsidR="000D3A46" w:rsidRPr="002C022C" w:rsidRDefault="00000000">
      <w:pPr>
        <w:pBdr>
          <w:bottom w:val="single" w:sz="5" w:space="0" w:color="B7B7B7"/>
        </w:pBdr>
        <w:spacing w:after="60"/>
        <w:rPr>
          <w:sz w:val="22"/>
          <w:szCs w:val="24"/>
          <w:lang w:eastAsia="ja-JP"/>
        </w:rPr>
      </w:pPr>
      <w:r w:rsidRPr="002C022C">
        <w:rPr>
          <w:b/>
          <w:color w:val="000000"/>
          <w:szCs w:val="24"/>
          <w:lang w:eastAsia="ja-JP"/>
        </w:rPr>
        <w:t xml:space="preserve">時代・美術の流れ　</w:t>
      </w:r>
      <w:r w:rsidRPr="002C022C">
        <w:rPr>
          <w:color w:val="000000"/>
          <w:szCs w:val="24"/>
          <w:lang w:eastAsia="ja-JP"/>
        </w:rPr>
        <w:t xml:space="preserve">　　　　　　　　　　　　　　　　　　　　　　　　　　　　　　</w:t>
      </w:r>
    </w:p>
    <w:p w14:paraId="1077AEA7" w14:textId="77777777" w:rsidR="000D3A46" w:rsidRPr="002C022C" w:rsidRDefault="00000000">
      <w:pPr>
        <w:spacing w:before="100" w:after="60"/>
        <w:rPr>
          <w:sz w:val="22"/>
          <w:szCs w:val="24"/>
          <w:lang w:eastAsia="ja-JP"/>
        </w:rPr>
      </w:pPr>
      <w:r w:rsidRPr="002C022C">
        <w:rPr>
          <w:b/>
          <w:color w:val="000000"/>
          <w:sz w:val="28"/>
          <w:szCs w:val="24"/>
          <w:lang w:eastAsia="ja-JP"/>
        </w:rPr>
        <w:t>2　気になった部分を模写しよう</w:t>
      </w:r>
    </w:p>
    <w:p w14:paraId="5A73EF18" w14:textId="77777777" w:rsidR="000D3A46" w:rsidRDefault="00000000">
      <w:pPr>
        <w:spacing w:after="80"/>
        <w:rPr>
          <w:sz w:val="22"/>
          <w:szCs w:val="24"/>
          <w:lang w:eastAsia="ja-JP"/>
        </w:rPr>
      </w:pPr>
      <w:r w:rsidRPr="002C022C">
        <w:rPr>
          <w:sz w:val="22"/>
          <w:szCs w:val="24"/>
          <w:lang w:eastAsia="ja-JP"/>
        </w:rPr>
        <w:t>作品全体を描く必要はありません。顔、手、人物の動き、線、形など、自分の目が止まった部分を大きく描きましょう。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13"/>
      </w:tblGrid>
      <w:tr w:rsidR="000D3A46" w14:paraId="4FE8A074" w14:textId="77777777" w:rsidTr="002C022C">
        <w:trPr>
          <w:trHeight w:hRule="exact" w:val="7278"/>
          <w:jc w:val="center"/>
        </w:trPr>
        <w:tc>
          <w:tcPr>
            <w:tcW w:w="10013" w:type="dxa"/>
            <w:tcBorders>
              <w:top w:val="single" w:sz="10" w:space="0" w:color="8C8C8C"/>
              <w:left w:val="single" w:sz="10" w:space="0" w:color="8C8C8C"/>
              <w:bottom w:val="single" w:sz="10" w:space="0" w:color="8C8C8C"/>
              <w:right w:val="single" w:sz="10" w:space="0" w:color="8C8C8C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CA84EED" w14:textId="77777777" w:rsidR="000D3A46" w:rsidRDefault="00000000">
            <w:proofErr w:type="spellStart"/>
            <w:r>
              <w:rPr>
                <w:color w:val="7F7F7F"/>
                <w:sz w:val="18"/>
              </w:rPr>
              <w:t>模写スペース</w:t>
            </w:r>
            <w:proofErr w:type="spellEnd"/>
          </w:p>
        </w:tc>
      </w:tr>
    </w:tbl>
    <w:p w14:paraId="50EE78BD" w14:textId="3607BF7F" w:rsidR="000D3A46" w:rsidRDefault="00000000" w:rsidP="002C022C">
      <w:pPr>
        <w:spacing w:before="60"/>
        <w:jc w:val="right"/>
        <w:rPr>
          <w:rFonts w:hint="eastAsia"/>
          <w:lang w:eastAsia="ja-JP"/>
        </w:rPr>
      </w:pPr>
      <w:r>
        <w:rPr>
          <w:color w:val="7F7F7F"/>
          <w:sz w:val="16"/>
        </w:rPr>
        <w:t>1</w:t>
      </w:r>
    </w:p>
    <w:p w14:paraId="679ACA91" w14:textId="77777777" w:rsidR="000D3A46" w:rsidRDefault="00000000">
      <w:pPr>
        <w:spacing w:after="100"/>
        <w:jc w:val="center"/>
        <w:rPr>
          <w:b/>
          <w:color w:val="000000"/>
          <w:sz w:val="32"/>
          <w:lang w:eastAsia="ja-JP"/>
        </w:rPr>
      </w:pPr>
      <w:proofErr w:type="spellStart"/>
      <w:r>
        <w:rPr>
          <w:b/>
          <w:color w:val="000000"/>
          <w:sz w:val="32"/>
        </w:rPr>
        <w:lastRenderedPageBreak/>
        <w:t>作品を見て考える</w:t>
      </w:r>
      <w:proofErr w:type="spellEnd"/>
    </w:p>
    <w:p w14:paraId="547BF10E" w14:textId="77777777" w:rsidR="007A1C15" w:rsidRDefault="007A1C15">
      <w:pPr>
        <w:spacing w:after="100"/>
        <w:jc w:val="center"/>
        <w:rPr>
          <w:rFonts w:hint="eastAsia"/>
          <w:lang w:eastAsia="ja-JP"/>
        </w:rPr>
      </w:pPr>
    </w:p>
    <w:p w14:paraId="385A09B2" w14:textId="77777777" w:rsidR="000D3A46" w:rsidRPr="007A1C15" w:rsidRDefault="00000000">
      <w:pPr>
        <w:spacing w:before="100" w:after="60"/>
        <w:rPr>
          <w:sz w:val="24"/>
          <w:szCs w:val="28"/>
          <w:lang w:eastAsia="ja-JP"/>
        </w:rPr>
      </w:pPr>
      <w:r w:rsidRPr="007A1C15">
        <w:rPr>
          <w:b/>
          <w:color w:val="000000"/>
          <w:sz w:val="32"/>
          <w:szCs w:val="28"/>
          <w:lang w:eastAsia="ja-JP"/>
        </w:rPr>
        <w:t>3　作品を観察してみよう</w:t>
      </w:r>
    </w:p>
    <w:p w14:paraId="7132D684" w14:textId="77777777" w:rsidR="000D3A46" w:rsidRPr="007A1C15" w:rsidRDefault="00000000">
      <w:pPr>
        <w:spacing w:after="20"/>
        <w:rPr>
          <w:sz w:val="24"/>
          <w:szCs w:val="28"/>
          <w:lang w:eastAsia="ja-JP"/>
        </w:rPr>
      </w:pPr>
      <w:r w:rsidRPr="007A1C15">
        <w:rPr>
          <w:b/>
          <w:color w:val="000000"/>
          <w:sz w:val="24"/>
          <w:szCs w:val="28"/>
          <w:lang w:eastAsia="ja-JP"/>
        </w:rPr>
        <w:t>① 最初に目に入ったものは何ですか。</w:t>
      </w:r>
    </w:p>
    <w:p w14:paraId="465C7286" w14:textId="77777777" w:rsidR="000D3A46" w:rsidRPr="007A1C15" w:rsidRDefault="00000000">
      <w:pPr>
        <w:pStyle w:val="AnswerLine"/>
        <w:rPr>
          <w:sz w:val="22"/>
          <w:szCs w:val="28"/>
          <w:lang w:eastAsia="ja-JP"/>
        </w:rPr>
      </w:pPr>
      <w:r w:rsidRPr="007A1C15">
        <w:rPr>
          <w:sz w:val="22"/>
          <w:szCs w:val="28"/>
          <w:lang w:eastAsia="ja-JP"/>
        </w:rPr>
        <w:t xml:space="preserve">　　　　　　　　　　　　　　　　　　　　　　　　　　　　　　　　　　　　　　　　　</w:t>
      </w:r>
    </w:p>
    <w:p w14:paraId="63A26029" w14:textId="77777777" w:rsidR="000D3A46" w:rsidRPr="007A1C15" w:rsidRDefault="00000000">
      <w:pPr>
        <w:spacing w:after="20"/>
        <w:rPr>
          <w:sz w:val="24"/>
          <w:szCs w:val="28"/>
          <w:lang w:eastAsia="ja-JP"/>
        </w:rPr>
      </w:pPr>
      <w:r w:rsidRPr="007A1C15">
        <w:rPr>
          <w:b/>
          <w:color w:val="000000"/>
          <w:sz w:val="24"/>
          <w:szCs w:val="28"/>
          <w:lang w:eastAsia="ja-JP"/>
        </w:rPr>
        <w:t>② どのような線、形、色が使われていますか。</w:t>
      </w:r>
    </w:p>
    <w:p w14:paraId="674FEACC" w14:textId="77777777" w:rsidR="000D3A46" w:rsidRPr="007A1C15" w:rsidRDefault="00000000">
      <w:pPr>
        <w:pStyle w:val="AnswerLine"/>
        <w:rPr>
          <w:sz w:val="22"/>
          <w:szCs w:val="28"/>
          <w:lang w:eastAsia="ja-JP"/>
        </w:rPr>
      </w:pPr>
      <w:r w:rsidRPr="007A1C15">
        <w:rPr>
          <w:sz w:val="22"/>
          <w:szCs w:val="28"/>
          <w:lang w:eastAsia="ja-JP"/>
        </w:rPr>
        <w:t xml:space="preserve">　　　　　　　　　　　　　　　　　　　　　　　　　　　　　　　　　　　　　　　　　</w:t>
      </w:r>
    </w:p>
    <w:p w14:paraId="7FEF6F25" w14:textId="77777777" w:rsidR="000D3A46" w:rsidRPr="007A1C15" w:rsidRDefault="00000000">
      <w:pPr>
        <w:pStyle w:val="AnswerLine"/>
        <w:rPr>
          <w:sz w:val="22"/>
          <w:szCs w:val="28"/>
          <w:lang w:eastAsia="ja-JP"/>
        </w:rPr>
      </w:pPr>
      <w:r w:rsidRPr="007A1C15">
        <w:rPr>
          <w:sz w:val="22"/>
          <w:szCs w:val="28"/>
          <w:lang w:eastAsia="ja-JP"/>
        </w:rPr>
        <w:t xml:space="preserve">　　　　　　　　　　　　　　　　　　　　　　　　　　　　　　　　　　　　　　　　　</w:t>
      </w:r>
    </w:p>
    <w:p w14:paraId="1F87D2E2" w14:textId="77777777" w:rsidR="000D3A46" w:rsidRPr="007A1C15" w:rsidRDefault="00000000">
      <w:pPr>
        <w:spacing w:after="20"/>
        <w:rPr>
          <w:sz w:val="24"/>
          <w:szCs w:val="28"/>
          <w:lang w:eastAsia="ja-JP"/>
        </w:rPr>
      </w:pPr>
      <w:r w:rsidRPr="007A1C15">
        <w:rPr>
          <w:b/>
          <w:color w:val="000000"/>
          <w:sz w:val="24"/>
          <w:szCs w:val="28"/>
          <w:lang w:eastAsia="ja-JP"/>
        </w:rPr>
        <w:t>③ 模写してみて、初めて気づいたことを書きましょう。</w:t>
      </w:r>
    </w:p>
    <w:p w14:paraId="38B1E611" w14:textId="77777777" w:rsidR="000D3A46" w:rsidRPr="007A1C15" w:rsidRDefault="00000000">
      <w:pPr>
        <w:pStyle w:val="AnswerLine"/>
        <w:rPr>
          <w:sz w:val="22"/>
          <w:szCs w:val="28"/>
          <w:lang w:eastAsia="ja-JP"/>
        </w:rPr>
      </w:pPr>
      <w:r w:rsidRPr="007A1C15">
        <w:rPr>
          <w:sz w:val="22"/>
          <w:szCs w:val="28"/>
          <w:lang w:eastAsia="ja-JP"/>
        </w:rPr>
        <w:t xml:space="preserve">　　　　　　　　　　　　　　　　　　　　　　　　　　　　　　　　　　　　　　　　　</w:t>
      </w:r>
    </w:p>
    <w:p w14:paraId="1BD3FC56" w14:textId="77777777" w:rsidR="000D3A46" w:rsidRPr="007A1C15" w:rsidRDefault="00000000">
      <w:pPr>
        <w:pStyle w:val="AnswerLine"/>
        <w:rPr>
          <w:sz w:val="22"/>
          <w:szCs w:val="28"/>
          <w:lang w:eastAsia="ja-JP"/>
        </w:rPr>
      </w:pPr>
      <w:r w:rsidRPr="007A1C15">
        <w:rPr>
          <w:sz w:val="22"/>
          <w:szCs w:val="28"/>
          <w:lang w:eastAsia="ja-JP"/>
        </w:rPr>
        <w:t xml:space="preserve">　　　　　　　　　　　　　　　　　　　　　　　　　　　　　　　　　　　　　　　　　</w:t>
      </w:r>
    </w:p>
    <w:p w14:paraId="4D2C143E" w14:textId="77777777" w:rsidR="007A1C15" w:rsidRDefault="007A1C15">
      <w:pPr>
        <w:spacing w:before="100" w:after="60"/>
        <w:rPr>
          <w:b/>
          <w:color w:val="000000"/>
          <w:sz w:val="32"/>
          <w:szCs w:val="28"/>
          <w:lang w:eastAsia="ja-JP"/>
        </w:rPr>
      </w:pPr>
    </w:p>
    <w:p w14:paraId="2E8420C5" w14:textId="31DB828C" w:rsidR="000D3A46" w:rsidRPr="007A1C15" w:rsidRDefault="00000000">
      <w:pPr>
        <w:spacing w:before="100" w:after="60"/>
        <w:rPr>
          <w:sz w:val="24"/>
          <w:szCs w:val="28"/>
          <w:lang w:eastAsia="ja-JP"/>
        </w:rPr>
      </w:pPr>
      <w:r w:rsidRPr="007A1C15">
        <w:rPr>
          <w:b/>
          <w:color w:val="000000"/>
          <w:sz w:val="32"/>
          <w:szCs w:val="28"/>
          <w:lang w:eastAsia="ja-JP"/>
        </w:rPr>
        <w:t>4　作品に込められた考え方</w:t>
      </w:r>
    </w:p>
    <w:p w14:paraId="1DEA01E1" w14:textId="77777777" w:rsidR="000D3A46" w:rsidRPr="007A1C15" w:rsidRDefault="00000000">
      <w:pPr>
        <w:spacing w:after="40"/>
        <w:rPr>
          <w:sz w:val="24"/>
          <w:szCs w:val="28"/>
          <w:lang w:eastAsia="ja-JP"/>
        </w:rPr>
      </w:pPr>
      <w:r w:rsidRPr="007A1C15">
        <w:rPr>
          <w:sz w:val="24"/>
          <w:szCs w:val="28"/>
          <w:lang w:eastAsia="ja-JP"/>
        </w:rPr>
        <w:t>この作品を作った人は、何を大切にしたり、何を表そうとしたりしたのでしょう。</w:t>
      </w:r>
    </w:p>
    <w:p w14:paraId="3556E630" w14:textId="77777777" w:rsidR="000D3A46" w:rsidRPr="007A1C15" w:rsidRDefault="00000000">
      <w:pPr>
        <w:spacing w:after="40"/>
        <w:ind w:left="227"/>
        <w:rPr>
          <w:sz w:val="24"/>
          <w:szCs w:val="28"/>
          <w:lang w:eastAsia="ja-JP"/>
        </w:rPr>
      </w:pPr>
      <w:r w:rsidRPr="007A1C15">
        <w:rPr>
          <w:color w:val="595959"/>
          <w:szCs w:val="28"/>
          <w:lang w:eastAsia="ja-JP"/>
        </w:rPr>
        <w:t>参考　生きるため　永遠　人間の理想　信仰　光　感情　色と形　新しい見方　社会への問い</w:t>
      </w:r>
    </w:p>
    <w:p w14:paraId="61C983EC" w14:textId="77777777" w:rsidR="000D3A46" w:rsidRPr="007A1C15" w:rsidRDefault="00000000">
      <w:pPr>
        <w:pStyle w:val="AnswerLine"/>
        <w:rPr>
          <w:sz w:val="22"/>
          <w:szCs w:val="28"/>
          <w:lang w:eastAsia="ja-JP"/>
        </w:rPr>
      </w:pPr>
      <w:r w:rsidRPr="007A1C15">
        <w:rPr>
          <w:sz w:val="22"/>
          <w:szCs w:val="28"/>
          <w:lang w:eastAsia="ja-JP"/>
        </w:rPr>
        <w:t xml:space="preserve">　　　　　　　　　　　　　　　　　　　　　　　　　　　　　　　　　　　　　　　　　</w:t>
      </w:r>
    </w:p>
    <w:p w14:paraId="0AD6CF54" w14:textId="77777777" w:rsidR="000D3A46" w:rsidRPr="007A1C15" w:rsidRDefault="00000000">
      <w:pPr>
        <w:pStyle w:val="AnswerLine"/>
        <w:rPr>
          <w:sz w:val="22"/>
          <w:szCs w:val="28"/>
          <w:lang w:eastAsia="ja-JP"/>
        </w:rPr>
      </w:pPr>
      <w:r w:rsidRPr="007A1C15">
        <w:rPr>
          <w:sz w:val="22"/>
          <w:szCs w:val="28"/>
          <w:lang w:eastAsia="ja-JP"/>
        </w:rPr>
        <w:t xml:space="preserve">　　　　　　　　　　　　　　　　　　　　　　　　　　　　　　　　　　　　　　　　　</w:t>
      </w:r>
    </w:p>
    <w:p w14:paraId="4B2DDA53" w14:textId="77777777" w:rsidR="007A1C15" w:rsidRDefault="007A1C15">
      <w:pPr>
        <w:spacing w:before="100" w:after="60"/>
        <w:rPr>
          <w:b/>
          <w:color w:val="000000"/>
          <w:sz w:val="32"/>
          <w:szCs w:val="28"/>
          <w:lang w:eastAsia="ja-JP"/>
        </w:rPr>
      </w:pPr>
    </w:p>
    <w:p w14:paraId="6DDC6DC7" w14:textId="2F117121" w:rsidR="000D3A46" w:rsidRPr="007A1C15" w:rsidRDefault="00000000">
      <w:pPr>
        <w:spacing w:before="100" w:after="60"/>
        <w:rPr>
          <w:sz w:val="24"/>
          <w:szCs w:val="28"/>
          <w:lang w:eastAsia="ja-JP"/>
        </w:rPr>
      </w:pPr>
      <w:r w:rsidRPr="007A1C15">
        <w:rPr>
          <w:b/>
          <w:color w:val="000000"/>
          <w:sz w:val="32"/>
          <w:szCs w:val="28"/>
          <w:lang w:eastAsia="ja-JP"/>
        </w:rPr>
        <w:t>5　この作品が変えたもの</w:t>
      </w:r>
    </w:p>
    <w:p w14:paraId="3C6C6833" w14:textId="77777777" w:rsidR="000D3A46" w:rsidRPr="007A1C15" w:rsidRDefault="00000000">
      <w:pPr>
        <w:spacing w:after="60"/>
        <w:rPr>
          <w:sz w:val="24"/>
          <w:szCs w:val="28"/>
          <w:lang w:eastAsia="ja-JP"/>
        </w:rPr>
      </w:pPr>
      <w:r w:rsidRPr="007A1C15">
        <w:rPr>
          <w:color w:val="000000"/>
          <w:sz w:val="24"/>
          <w:szCs w:val="28"/>
          <w:lang w:eastAsia="ja-JP"/>
        </w:rPr>
        <w:t>この作品は、それまでの「　　　　　　　　　　　　　　」という考え方を変え、</w:t>
      </w:r>
    </w:p>
    <w:p w14:paraId="25E63E93" w14:textId="77777777" w:rsidR="000D3A46" w:rsidRPr="007A1C15" w:rsidRDefault="00000000">
      <w:pPr>
        <w:spacing w:after="60"/>
        <w:rPr>
          <w:sz w:val="24"/>
          <w:szCs w:val="28"/>
          <w:lang w:eastAsia="ja-JP"/>
        </w:rPr>
      </w:pPr>
      <w:r w:rsidRPr="007A1C15">
        <w:rPr>
          <w:color w:val="000000"/>
          <w:sz w:val="24"/>
          <w:szCs w:val="28"/>
          <w:lang w:eastAsia="ja-JP"/>
        </w:rPr>
        <w:t>「　　　　　　　　　　　　　　　　　　　　　　　　　」という新しい見方を示した。</w:t>
      </w:r>
    </w:p>
    <w:p w14:paraId="3D949524" w14:textId="77777777" w:rsidR="007A1C15" w:rsidRDefault="007A1C15">
      <w:pPr>
        <w:spacing w:before="100" w:after="60"/>
        <w:rPr>
          <w:b/>
          <w:color w:val="000000"/>
          <w:sz w:val="32"/>
          <w:szCs w:val="28"/>
          <w:lang w:eastAsia="ja-JP"/>
        </w:rPr>
      </w:pPr>
    </w:p>
    <w:p w14:paraId="0CFB6346" w14:textId="391D8C1A" w:rsidR="000D3A46" w:rsidRPr="007A1C15" w:rsidRDefault="00000000">
      <w:pPr>
        <w:spacing w:before="100" w:after="60"/>
        <w:rPr>
          <w:sz w:val="24"/>
          <w:szCs w:val="28"/>
          <w:lang w:eastAsia="ja-JP"/>
        </w:rPr>
      </w:pPr>
      <w:r w:rsidRPr="007A1C15">
        <w:rPr>
          <w:b/>
          <w:color w:val="000000"/>
          <w:sz w:val="32"/>
          <w:szCs w:val="28"/>
          <w:lang w:eastAsia="ja-JP"/>
        </w:rPr>
        <w:t>6　授業の振り返り</w:t>
      </w:r>
    </w:p>
    <w:p w14:paraId="231C2E0D" w14:textId="77777777" w:rsidR="000D3A46" w:rsidRPr="007A1C15" w:rsidRDefault="00000000">
      <w:pPr>
        <w:spacing w:after="20"/>
        <w:rPr>
          <w:sz w:val="24"/>
          <w:szCs w:val="28"/>
          <w:lang w:eastAsia="ja-JP"/>
        </w:rPr>
      </w:pPr>
      <w:r w:rsidRPr="007A1C15">
        <w:rPr>
          <w:sz w:val="24"/>
          <w:szCs w:val="28"/>
          <w:lang w:eastAsia="ja-JP"/>
        </w:rPr>
        <w:t>今日のアート史の授業で、いちばん印象に残ったことを書きましょう。</w:t>
      </w:r>
    </w:p>
    <w:p w14:paraId="0B1F765A" w14:textId="77777777" w:rsidR="000D3A46" w:rsidRPr="007A1C15" w:rsidRDefault="00000000">
      <w:pPr>
        <w:pStyle w:val="AnswerLine"/>
        <w:rPr>
          <w:sz w:val="22"/>
          <w:szCs w:val="28"/>
          <w:lang w:eastAsia="ja-JP"/>
        </w:rPr>
      </w:pPr>
      <w:r w:rsidRPr="007A1C15">
        <w:rPr>
          <w:sz w:val="22"/>
          <w:szCs w:val="28"/>
          <w:lang w:eastAsia="ja-JP"/>
        </w:rPr>
        <w:t xml:space="preserve">　　　　　　　　　　　　　　　　　　　　　　　　　　　　　　　　　　　　　　　　　</w:t>
      </w:r>
    </w:p>
    <w:p w14:paraId="510C1510" w14:textId="77777777" w:rsidR="000D3A46" w:rsidRPr="007A1C15" w:rsidRDefault="00000000">
      <w:pPr>
        <w:pStyle w:val="AnswerLine"/>
        <w:rPr>
          <w:sz w:val="22"/>
          <w:szCs w:val="28"/>
          <w:lang w:eastAsia="ja-JP"/>
        </w:rPr>
      </w:pPr>
      <w:r w:rsidRPr="007A1C15">
        <w:rPr>
          <w:sz w:val="22"/>
          <w:szCs w:val="28"/>
          <w:lang w:eastAsia="ja-JP"/>
        </w:rPr>
        <w:t xml:space="preserve">　　　　　　　　　　　　　　　　　　　　　　　　　　　　　　　　　　　　　　　　　</w:t>
      </w:r>
    </w:p>
    <w:p w14:paraId="5790F3C2" w14:textId="77777777" w:rsidR="000D3A46" w:rsidRPr="007A1C15" w:rsidRDefault="00000000">
      <w:pPr>
        <w:pStyle w:val="AnswerLine"/>
        <w:rPr>
          <w:sz w:val="22"/>
          <w:szCs w:val="28"/>
          <w:lang w:eastAsia="ja-JP"/>
        </w:rPr>
      </w:pPr>
      <w:r w:rsidRPr="007A1C15">
        <w:rPr>
          <w:sz w:val="22"/>
          <w:szCs w:val="28"/>
          <w:lang w:eastAsia="ja-JP"/>
        </w:rPr>
        <w:t xml:space="preserve">　　　　　　　　　　　　　　　　　　　　　　　　　　　　　　　　　　　　　　　　　</w:t>
      </w:r>
    </w:p>
    <w:p w14:paraId="6EE4375C" w14:textId="77777777" w:rsidR="000D3A46" w:rsidRDefault="00000000">
      <w:pPr>
        <w:spacing w:before="60"/>
        <w:jc w:val="right"/>
      </w:pPr>
      <w:r>
        <w:rPr>
          <w:color w:val="7F7F7F"/>
          <w:sz w:val="16"/>
        </w:rPr>
        <w:t>2 / 2</w:t>
      </w:r>
    </w:p>
    <w:sectPr w:rsidR="000D3A46" w:rsidSect="00034616">
      <w:pgSz w:w="11906" w:h="16838"/>
      <w:pgMar w:top="737" w:right="907" w:bottom="73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3307A" w14:textId="77777777" w:rsidR="00BA219A" w:rsidRDefault="00BA219A" w:rsidP="002C022C">
      <w:pPr>
        <w:spacing w:after="0" w:line="240" w:lineRule="auto"/>
      </w:pPr>
      <w:r>
        <w:separator/>
      </w:r>
    </w:p>
  </w:endnote>
  <w:endnote w:type="continuationSeparator" w:id="0">
    <w:p w14:paraId="1B8961EF" w14:textId="77777777" w:rsidR="00BA219A" w:rsidRDefault="00BA219A" w:rsidP="002C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93503" w14:textId="77777777" w:rsidR="00BA219A" w:rsidRDefault="00BA219A" w:rsidP="002C022C">
      <w:pPr>
        <w:spacing w:after="0" w:line="240" w:lineRule="auto"/>
      </w:pPr>
      <w:r>
        <w:separator/>
      </w:r>
    </w:p>
  </w:footnote>
  <w:footnote w:type="continuationSeparator" w:id="0">
    <w:p w14:paraId="52836137" w14:textId="77777777" w:rsidR="00BA219A" w:rsidRDefault="00BA219A" w:rsidP="002C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9641136">
    <w:abstractNumId w:val="8"/>
  </w:num>
  <w:num w:numId="2" w16cid:durableId="1856266230">
    <w:abstractNumId w:val="6"/>
  </w:num>
  <w:num w:numId="3" w16cid:durableId="1155877729">
    <w:abstractNumId w:val="5"/>
  </w:num>
  <w:num w:numId="4" w16cid:durableId="862934058">
    <w:abstractNumId w:val="4"/>
  </w:num>
  <w:num w:numId="5" w16cid:durableId="403333592">
    <w:abstractNumId w:val="7"/>
  </w:num>
  <w:num w:numId="6" w16cid:durableId="1015772157">
    <w:abstractNumId w:val="3"/>
  </w:num>
  <w:num w:numId="7" w16cid:durableId="1089930823">
    <w:abstractNumId w:val="2"/>
  </w:num>
  <w:num w:numId="8" w16cid:durableId="808202997">
    <w:abstractNumId w:val="1"/>
  </w:num>
  <w:num w:numId="9" w16cid:durableId="152247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3A46"/>
    <w:rsid w:val="0015074B"/>
    <w:rsid w:val="0029639D"/>
    <w:rsid w:val="002C022C"/>
    <w:rsid w:val="00326F90"/>
    <w:rsid w:val="00536911"/>
    <w:rsid w:val="007A1C15"/>
    <w:rsid w:val="00AA1D8D"/>
    <w:rsid w:val="00B47730"/>
    <w:rsid w:val="00BA219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40568B4E-0595-4ECF-BB20-27994D14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spacing w:after="8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40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nswerLine">
    <w:name w:val="AnswerLine"/>
    <w:pPr>
      <w:pBdr>
        <w:bottom w:val="single" w:sz="5" w:space="1" w:color="B7B7B7"/>
      </w:pBdr>
      <w:spacing w:after="40"/>
    </w:pPr>
    <w:rPr>
      <w:rFonts w:ascii="游ゴシック" w:eastAsia="游ゴシック" w:hAnsi="游ゴシック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536</Characters>
  <Application>Microsoft Office Word</Application>
  <DocSecurity>0</DocSecurity>
  <Lines>53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アート史ワークシート 作品を見て考える</dc:title>
  <dc:subject>高校1年生 45分授業用ワークシート</dc:subject>
  <dc:creator>python-docx</dc:creator>
  <cp:keywords/>
  <dc:description>generated by python-docx</dc:description>
  <cp:lastModifiedBy>伸子 勝又</cp:lastModifiedBy>
  <cp:revision>3</cp:revision>
  <dcterms:created xsi:type="dcterms:W3CDTF">2013-12-23T23:15:00Z</dcterms:created>
  <dcterms:modified xsi:type="dcterms:W3CDTF">2026-09-14T04:49:00Z</dcterms:modified>
  <cp:category/>
</cp:coreProperties>
</file>