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23C4" w14:textId="77777777" w:rsidR="003B56DC" w:rsidRDefault="00956BDD" w:rsidP="003B56DC">
      <w:pPr>
        <w:pStyle w:val="aa"/>
        <w:rPr>
          <w:lang w:eastAsia="ja-JP"/>
        </w:rPr>
      </w:pPr>
      <w:r w:rsidRPr="003F17EF">
        <w:rPr>
          <w:lang w:eastAsia="ja-JP"/>
        </w:rPr>
        <w:t>図書室美術課題ワークシート</w:t>
      </w:r>
      <w:r w:rsidR="003F17EF">
        <w:rPr>
          <w:lang w:eastAsia="ja-JP"/>
        </w:rPr>
        <w:br/>
      </w:r>
    </w:p>
    <w:p w14:paraId="2D65632C" w14:textId="66B0D159" w:rsidR="005269AE" w:rsidRDefault="00956BDD" w:rsidP="003B56DC">
      <w:pPr>
        <w:jc w:val="right"/>
        <w:rPr>
          <w:rFonts w:hint="eastAsia"/>
        </w:rPr>
      </w:pPr>
      <w:proofErr w:type="spellStart"/>
      <w:r>
        <w:t>出席番号</w:t>
      </w:r>
      <w:proofErr w:type="spellEnd"/>
      <w:r>
        <w:t xml:space="preserve">：＿＿＿＿　　</w:t>
      </w:r>
      <w:proofErr w:type="spellStart"/>
      <w:r>
        <w:t>氏名</w:t>
      </w:r>
      <w:proofErr w:type="spellEnd"/>
      <w:r>
        <w:t>：＿＿＿＿＿＿＿＿＿＿</w:t>
      </w:r>
    </w:p>
    <w:p w14:paraId="259A4F0D" w14:textId="77777777" w:rsidR="005269AE" w:rsidRDefault="00956BDD">
      <w:pPr>
        <w:rPr>
          <w:rFonts w:hint="eastAsia"/>
          <w:lang w:eastAsia="ja-JP"/>
        </w:rPr>
      </w:pPr>
      <w:r>
        <w:rPr>
          <w:lang w:eastAsia="ja-JP"/>
        </w:rPr>
        <w:br/>
      </w:r>
      <w:r>
        <w:rPr>
          <w:lang w:eastAsia="ja-JP"/>
        </w:rPr>
        <w:t>【</w:t>
      </w:r>
      <w:r>
        <w:rPr>
          <w:lang w:eastAsia="ja-JP"/>
        </w:rPr>
        <w:t>1</w:t>
      </w:r>
      <w:r>
        <w:rPr>
          <w:lang w:eastAsia="ja-JP"/>
        </w:rPr>
        <w:t>】選んだ本のタイトル：</w:t>
      </w:r>
    </w:p>
    <w:p w14:paraId="2BD764D0" w14:textId="77777777" w:rsidR="005269AE" w:rsidRDefault="00956BDD">
      <w:pPr>
        <w:rPr>
          <w:rFonts w:hint="eastAsia"/>
        </w:rPr>
      </w:pPr>
      <w:r>
        <w:t>＿＿＿＿＿＿＿＿＿＿＿＿＿＿＿＿＿＿＿＿＿＿＿＿＿＿＿＿＿＿＿＿＿＿＿＿＿＿＿＿＿＿＿＿＿</w:t>
      </w:r>
    </w:p>
    <w:p w14:paraId="01435728" w14:textId="77777777" w:rsidR="005269AE" w:rsidRDefault="00956BDD">
      <w:pPr>
        <w:rPr>
          <w:rFonts w:hint="eastAsia"/>
          <w:lang w:eastAsia="ja-JP"/>
        </w:rPr>
      </w:pPr>
      <w:r>
        <w:rPr>
          <w:lang w:eastAsia="ja-JP"/>
        </w:rPr>
        <w:br/>
      </w:r>
      <w:r>
        <w:rPr>
          <w:lang w:eastAsia="ja-JP"/>
        </w:rPr>
        <w:t>【</w:t>
      </w:r>
      <w:r>
        <w:rPr>
          <w:lang w:eastAsia="ja-JP"/>
        </w:rPr>
        <w:t>2</w:t>
      </w:r>
      <w:r>
        <w:rPr>
          <w:lang w:eastAsia="ja-JP"/>
        </w:rPr>
        <w:t>】心に残った一文（抜き出して書こう）：</w:t>
      </w:r>
    </w:p>
    <w:p w14:paraId="0F7359F9" w14:textId="77777777" w:rsidR="005269AE" w:rsidRDefault="00956BDD">
      <w:pPr>
        <w:rPr>
          <w:rFonts w:hint="eastAsia"/>
        </w:rPr>
      </w:pPr>
      <w:r>
        <w:t>＿＿＿＿＿＿＿＿＿＿＿＿＿＿＿＿＿＿＿＿＿＿＿＿＿＿＿＿＿＿＿＿＿＿＿＿＿＿＿＿＿＿＿＿＿</w:t>
      </w:r>
    </w:p>
    <w:p w14:paraId="574F6106" w14:textId="77777777" w:rsidR="005269AE" w:rsidRDefault="00956BDD">
      <w:pPr>
        <w:rPr>
          <w:rFonts w:hint="eastAsia"/>
          <w:lang w:eastAsia="ja-JP"/>
        </w:rPr>
      </w:pPr>
      <w:r>
        <w:rPr>
          <w:lang w:eastAsia="ja-JP"/>
        </w:rPr>
        <w:br/>
      </w:r>
      <w:r>
        <w:rPr>
          <w:lang w:eastAsia="ja-JP"/>
        </w:rPr>
        <w:t>【</w:t>
      </w:r>
      <w:r>
        <w:rPr>
          <w:lang w:eastAsia="ja-JP"/>
        </w:rPr>
        <w:t>3</w:t>
      </w:r>
      <w:r>
        <w:rPr>
          <w:lang w:eastAsia="ja-JP"/>
        </w:rPr>
        <w:t>】その言葉からイメージしたことを線で表そう（この枠の中に描いてください）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2"/>
      </w:tblGrid>
      <w:tr w:rsidR="005269AE" w14:paraId="0488BBD5" w14:textId="77777777" w:rsidTr="003B56DC">
        <w:trPr>
          <w:trHeight w:val="4896"/>
        </w:trPr>
        <w:tc>
          <w:tcPr>
            <w:tcW w:w="10262" w:type="dxa"/>
          </w:tcPr>
          <w:p w14:paraId="1B4A1808" w14:textId="77777777" w:rsidR="005269AE" w:rsidRDefault="00956BDD">
            <w:pPr>
              <w:rPr>
                <w:rFonts w:hint="eastAsia"/>
                <w:lang w:eastAsia="ja-JP"/>
              </w:rPr>
            </w:pP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br/>
            </w:r>
            <w:r>
              <w:rPr>
                <w:lang w:eastAsia="ja-JP"/>
              </w:rPr>
              <w:t>（スケッチスペース）</w:t>
            </w:r>
          </w:p>
        </w:tc>
      </w:tr>
    </w:tbl>
    <w:p w14:paraId="0C9A9474" w14:textId="77777777" w:rsidR="005269AE" w:rsidRDefault="00956BDD">
      <w:pPr>
        <w:rPr>
          <w:rFonts w:hint="eastAsia"/>
          <w:lang w:eastAsia="ja-JP"/>
        </w:rPr>
      </w:pPr>
      <w:r>
        <w:rPr>
          <w:lang w:eastAsia="ja-JP"/>
        </w:rPr>
        <w:br/>
      </w:r>
      <w:r>
        <w:rPr>
          <w:lang w:eastAsia="ja-JP"/>
        </w:rPr>
        <w:t>【</w:t>
      </w:r>
      <w:r>
        <w:rPr>
          <w:lang w:eastAsia="ja-JP"/>
        </w:rPr>
        <w:t>4</w:t>
      </w:r>
      <w:r>
        <w:rPr>
          <w:lang w:eastAsia="ja-JP"/>
        </w:rPr>
        <w:t>】この言葉を選んだ理由や、どんなイメージを描いたか（短くて</w:t>
      </w:r>
      <w:r>
        <w:rPr>
          <w:lang w:eastAsia="ja-JP"/>
        </w:rPr>
        <w:t>OK</w:t>
      </w:r>
      <w:r>
        <w:rPr>
          <w:lang w:eastAsia="ja-JP"/>
        </w:rPr>
        <w:t>）</w:t>
      </w:r>
    </w:p>
    <w:p w14:paraId="213DD0DA" w14:textId="77777777" w:rsidR="005269AE" w:rsidRDefault="00956BDD">
      <w:pPr>
        <w:rPr>
          <w:rFonts w:hint="eastAsia"/>
        </w:rPr>
      </w:pPr>
      <w:r>
        <w:t>＿＿＿＿＿＿＿＿＿＿＿＿＿＿＿＿＿＿＿＿＿＿＿＿＿＿＿＿＿＿＿＿＿＿＿＿＿＿＿＿＿＿＿＿＿</w:t>
      </w:r>
    </w:p>
    <w:p w14:paraId="5B820333" w14:textId="77777777" w:rsidR="005269AE" w:rsidRDefault="00956BDD">
      <w:pPr>
        <w:rPr>
          <w:rFonts w:hint="eastAsia"/>
        </w:rPr>
      </w:pPr>
      <w:r>
        <w:t>＿＿＿＿＿＿＿＿＿＿＿＿＿＿＿＿＿＿＿＿＿＿＿＿＿＿＿＿＿＿＿＿＿＿＿＿＿＿＿＿＿＿＿＿＿</w:t>
      </w:r>
    </w:p>
    <w:sectPr w:rsidR="005269AE" w:rsidSect="003F17EF">
      <w:pgSz w:w="12240" w:h="15840"/>
      <w:pgMar w:top="1134" w:right="1077" w:bottom="113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明朝">
    <w:altName w:val="游ゴシック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8896466">
    <w:abstractNumId w:val="8"/>
  </w:num>
  <w:num w:numId="2" w16cid:durableId="2094662160">
    <w:abstractNumId w:val="6"/>
  </w:num>
  <w:num w:numId="3" w16cid:durableId="1142842695">
    <w:abstractNumId w:val="5"/>
  </w:num>
  <w:num w:numId="4" w16cid:durableId="1074934242">
    <w:abstractNumId w:val="4"/>
  </w:num>
  <w:num w:numId="5" w16cid:durableId="605577627">
    <w:abstractNumId w:val="7"/>
  </w:num>
  <w:num w:numId="6" w16cid:durableId="1653366575">
    <w:abstractNumId w:val="3"/>
  </w:num>
  <w:num w:numId="7" w16cid:durableId="1041516658">
    <w:abstractNumId w:val="2"/>
  </w:num>
  <w:num w:numId="8" w16cid:durableId="1479415387">
    <w:abstractNumId w:val="1"/>
  </w:num>
  <w:num w:numId="9" w16cid:durableId="63460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56DC"/>
    <w:rsid w:val="003F17EF"/>
    <w:rsid w:val="005269AE"/>
    <w:rsid w:val="00956BDD"/>
    <w:rsid w:val="00A95660"/>
    <w:rsid w:val="00AA1D8D"/>
    <w:rsid w:val="00B47730"/>
    <w:rsid w:val="00CB0664"/>
    <w:rsid w:val="00E43BCF"/>
    <w:rsid w:val="00FA0B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15E03B"/>
  <w14:defaultImageDpi w14:val="300"/>
  <w15:docId w15:val="{731066B9-E871-471B-A3A9-7E9DD34E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MS 明朝" w:hAnsi="MS 明朝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のぶこ かつまた</cp:lastModifiedBy>
  <cp:revision>2</cp:revision>
  <dcterms:created xsi:type="dcterms:W3CDTF">2025-07-23T23:54:00Z</dcterms:created>
  <dcterms:modified xsi:type="dcterms:W3CDTF">2025-07-23T23:54:00Z</dcterms:modified>
  <cp:category/>
</cp:coreProperties>
</file>